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SOC 2 Vendor Review Workbook</w:t>
      </w:r>
    </w:p>
    <w:p>
      <w:pPr>
        <w:spacing w:after="280"/>
      </w:pPr>
      <w:r>
        <w:rPr>
          <w:rFonts w:ascii="Calibri" w:hAnsi="Calibri" w:eastAsia="Calibri"/>
          <w:color w:val="1F4D78"/>
          <w:sz w:val="28"/>
        </w:rPr>
        <w:t>Report scope, audit opinion, control tests, exceptions, customer controls, subservice organizations, and current-period evidence</w:t>
      </w:r>
    </w:p>
    <w:p>
      <w:pPr>
        <w:pStyle w:val="Heading1"/>
      </w:pPr>
      <w:r>
        <w:t>Review process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424"/>
      </w:tblGrid>
      <w:tr>
        <w:trPr>
          <w:cantSplit/>
          <w:tblHeader w:val="true"/>
        </w:trPr>
        <w:tc>
          <w:tcPr>
            <w:tcW w:type="dxa" w:w="9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Step</w:t>
            </w:r>
          </w:p>
        </w:tc>
        <w:tc>
          <w:tcPr>
            <w:tcW w:type="dxa" w:w="842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Review stage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1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Scope the decision and risk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2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Collect and validate evidence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3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Assess explicit criteria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4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Resolve gaps, conditions, and ownership</w:t>
            </w:r>
          </w:p>
        </w:tc>
      </w:tr>
      <w:tr>
        <w:trPr>
          <w:cantSplit/>
          <w:trHeight w:val="389" w:hRule="atLeast"/>
        </w:trPr>
        <w:tc>
          <w:tcPr>
            <w:tcW w:type="dxa" w:w="93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20"/>
              </w:rPr>
              <w:t>5</w:t>
            </w:r>
          </w:p>
        </w:tc>
        <w:tc>
          <w:tcPr>
            <w:tcW w:type="dxa" w:w="84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sz w:val="20"/>
              </w:rPr>
              <w:t>Decide, document, and reassess</w:t>
            </w:r>
          </w:p>
        </w:tc>
      </w:tr>
    </w:tbl>
    <w:p>
      <w:pPr>
        <w:pStyle w:val="Heading2"/>
      </w:pPr>
      <w:r>
        <w:t>Review record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880"/>
        <w:gridCol w:w="1800"/>
        <w:gridCol w:w="2880"/>
      </w:tblGrid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Service provider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 ID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ID or ticket]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owner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accountable owner]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Review opened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due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1</w:t>
      </w:r>
    </w:p>
    <w:p>
      <w:pPr>
        <w:pStyle w:val="Heading1"/>
      </w:pPr>
      <w:r>
        <w:t>Scope the decision and risk</w:t>
      </w:r>
    </w:p>
    <w:p>
      <w:r>
        <w:t>Record the intended use, deployment boundaries, data, access, owner, decision deadline, and initial risk tier before assessing evidence.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72"/>
        <w:gridCol w:w="5688"/>
      </w:tblGrid>
      <w:tr>
        <w:trPr>
          <w:cantSplit/>
          <w:tblHeader w:val="true"/>
        </w:trPr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Scope prompt</w:t>
            </w:r>
          </w:p>
        </w:tc>
        <w:tc>
          <w:tcPr>
            <w:tcW w:type="dxa" w:w="56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Your context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Service and deployment model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Business process supported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Data types and sensitivity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Users, administrators, and access model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Required availability or recovery objective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Regulatory, contractual, or customer obligations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deadline and planned go-live date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  <w:tr>
        <w:trPr>
          <w:cantSplit/>
          <w:trHeight w:val="691" w:hRule="atLeast"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Known alternatives or compensating options</w:t>
            </w:r>
          </w:p>
        </w:tc>
        <w:tc>
          <w:tcPr>
            <w:tcW w:type="dxa" w:w="568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context, boundary, or requirement]</w:t>
            </w:r>
          </w:p>
        </w:tc>
      </w:tr>
    </w:tbl>
    <w:p>
      <w:pPr>
        <w:pStyle w:val="Heading2"/>
      </w:pPr>
      <w:r>
        <w:t>Initial risk tier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8"/>
              </w:rPr>
              <w:t>□ Low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1F4D78"/>
                <w:sz w:val="18"/>
              </w:rPr>
              <w:t>□ Moderate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7A5A00"/>
                <w:sz w:val="18"/>
              </w:rPr>
              <w:t>□ High</w:t>
            </w:r>
          </w:p>
        </w:tc>
        <w:tc>
          <w:tcPr>
            <w:tcW w:type="dxa" w:w="234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9B1C1C"/>
                <w:sz w:val="18"/>
              </w:rPr>
              <w:t>□ Critical</w:t>
            </w:r>
          </w:p>
        </w:tc>
      </w:tr>
      <w:tr>
        <w:trPr>
          <w:cantSplit/>
        </w:trPr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Limited data and impact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Meaningful business or data exposure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Sensitive data, privilege, or critical process</w:t>
            </w:r>
          </w:p>
        </w:tc>
        <w:tc>
          <w:tcPr>
            <w:tcW w:type="dxa" w:w="23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1F2937"/>
                <w:sz w:val="17"/>
              </w:rPr>
              <w:t>Severe impact, concentration, or regulatory exposure</w:t>
            </w:r>
          </w:p>
        </w:tc>
      </w:tr>
    </w:tbl>
    <w:p>
      <w:r>
        <w:rPr>
          <w:rFonts w:ascii="Calibri" w:hAnsi="Calibri" w:eastAsia="Calibri"/>
          <w:b/>
          <w:color w:val="0B2545"/>
        </w:rPr>
        <w:t xml:space="preserve">Risk-tier rationale: </w:t>
      </w:r>
      <w:r>
        <w:rPr>
          <w:rFonts w:ascii="Calibri" w:hAnsi="Calibri" w:eastAsia="Calibri"/>
          <w:color w:val="44546A"/>
        </w:rPr>
        <w:t>[Explain impact, likelihood, exposure, and any required escalation.]</w:t>
      </w:r>
    </w:p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2</w:t>
      </w:r>
    </w:p>
    <w:p>
      <w:pPr>
        <w:pStyle w:val="Heading1"/>
      </w:pPr>
      <w:r>
        <w:t>Collect and validate evidence</w:t>
      </w:r>
    </w:p>
    <w:p>
      <w:r>
        <w:t>List each item reviewed and validate its owner, scope, period or version, integrity, and relevance. Record missing, stale, incomplete, or unverified evidence.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F2F4F7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1F4D78"/>
                <w:sz w:val="22"/>
              </w:rPr>
              <w:t>Evidence to collect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SOC 2 Type 2 report and management assertion; Bridge letter or current-period control update; System description and service commitments; Exception remediation evidence; Subservice organization assurance reports; Security architecture or data-flow materials; Incident response and business continuity summaries; Contract, DPA, SLA, and security addendum.</w:t>
            </w:r>
          </w:p>
        </w:tc>
      </w:tr>
    </w:tbl>
    <w:p>
      <w:pPr>
        <w:spacing w:after="0"/>
      </w:pPr>
    </w:p>
    <w:p>
      <w:pPr>
        <w:pStyle w:val="Heading2"/>
      </w:pPr>
      <w:r>
        <w:t>Evidence inventory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1944"/>
        <w:gridCol w:w="1800"/>
        <w:gridCol w:w="1728"/>
        <w:gridCol w:w="1944"/>
      </w:tblGrid>
      <w:tr>
        <w:trPr>
          <w:cantSplit/>
          <w:tblHeader w:val="true"/>
        </w:trP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item / Evidence owner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scope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period or version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location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Validated by / date</w:t>
            </w:r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77" w:hRule="atLeast"/>
          <w:cantSplit/>
        </w:trPr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72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94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Evidence gaps and limitations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Missing, stale, incomplete, or unverified evidence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Impact on confidence or review coverage</w:t>
            </w:r>
          </w:p>
        </w:tc>
      </w:tr>
      <w:tr>
        <w:trPr>
          <w:cantSplit/>
          <w:trHeight w:val="792" w:hRule="atLeast"/>
        </w:trPr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1 OF 4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Report identity and opinion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the legal entity, system, auditor, report type, and review period.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Cover, management assertion, independent service auditor's report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Read the opinion and identify any qualification, scope limitation, or modified wording.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Auditor opinion and basis for opinion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that the report period is relevant to the planned decision date.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Period end date, issue date, and bridge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Scope and boundaries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Map the reviewed system to the service, region, hosting model, and features you will use.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System description, architecture, service inventory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excluded locations, products, infrastructure, teams, or control activities.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Scope statements, boundaries, carve-outs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Check whether the applicable trust services criteria match your risk concerns.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Security, availability, confidentiality, processing integrity, privacy criteria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2 OF 4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Report identity, ownership, and change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management owns the control descriptions and the auditor tested them independently.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Management assertion and auditor responsibilities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Record material system changes during or after the review period.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System changes, acquisitions, migrations, new subprocessors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Tests and exceptions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Read the test procedure as well as the control description, then judge whether the sample supports the claim.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Population, sample, timing, method, and result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Record every exception and distinguish isolated error from a systemic control weakness.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Exception description, frequency, cause, and affected population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Verify remediation claims with dated evidence rather than relying on intent.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Corrective action, retest, owner, and completion date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3 OF 4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Complementary user entity controls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List every complementary user entity control that applies to your implementation.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CUEC section and mapped internal owner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each required customer-side control exists and is operated consistently.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Policy, configuration, monitoring, and operating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Treat an unmet CUEC as a decision condition or finding, not a provider failure by default.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Gap, interim control, owner, and due date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Subservice organizations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Identify infrastructure, support, data, and operational subservice organizations.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System description and subservice organization list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Determine whether each subservice organization is inclusive or carved out.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Audit method and applicable complementary subservice controls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Obtain additional assurance where a carved-out dependency carries material risk.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Subservice report, certification, contract, or alternate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3  |  ASSESSMENT PAGE 4 OF 4</w:t>
      </w:r>
    </w:p>
    <w:p>
      <w:pPr>
        <w:pStyle w:val="Heading1"/>
      </w:pPr>
      <w:r>
        <w:t>Assess explicit criteria</w:t>
      </w:r>
    </w:p>
    <w:p>
      <w:pPr>
        <w:spacing w:after="140"/>
      </w:pPr>
      <w:r>
        <w:rPr>
          <w:rFonts w:ascii="Calibri" w:hAnsi="Calibri" w:eastAsia="Calibri"/>
          <w:b/>
          <w:color w:val="0B2545"/>
          <w:sz w:val="17"/>
        </w:rPr>
        <w:t xml:space="preserve">Status key: </w:t>
      </w:r>
      <w:r>
        <w:rPr>
          <w:rFonts w:ascii="Calibri" w:hAnsi="Calibri" w:eastAsia="Calibri"/>
          <w:color w:val="44546A"/>
          <w:sz w:val="17"/>
        </w:rPr>
        <w:t>Meets  |  Partially meets  |  Does not meet  |  Pending evidence  |  Not applicable  |  Risk accepted</w:t>
      </w:r>
    </w:p>
    <w:p>
      <w:pPr>
        <w:pStyle w:val="Heading2"/>
        <w:spacing w:before="140"/>
      </w:pPr>
      <w:r>
        <w:t>Bridge evidence and current state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Cover the gap between report period end and the decision date.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Bridge letter, change summary, current control attestation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Check for incidents, material changes, acquisitions, or control failures after period end.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Incident statement, release notes, architecture changes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Set a maximum age for evidence based on risk and rate of change.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Internal evidence-age rule and next review date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  <w:spacing w:before="140"/>
      </w:pPr>
      <w:r>
        <w:t>Fit for the intended use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1440"/>
        <w:gridCol w:w="2880"/>
      </w:tblGrid>
      <w:tr>
        <w:trPr>
          <w:cantSplit/>
          <w:tblHeader w:val="true"/>
        </w:trP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Criterion and expected evidence</w:t>
            </w:r>
          </w:p>
        </w:tc>
        <w:tc>
          <w:tcPr>
            <w:tcW w:type="dxa" w:w="1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Evidence and reviewer notes</w:t>
            </w:r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Confirm the report addresses your actual data flows, identities, integrations, and availability needs.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Architecture, data-flow, identity, and resilience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Record material risks that SOC 2 does not answer for your decision.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Privacy, legal, product security, financial, concentration, or operational evidence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691" w:hRule="atLeast"/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/>
            </w:pPr>
            <w:r>
              <w:rPr>
                <w:rFonts w:ascii="Calibri" w:hAnsi="Calibri" w:eastAsia="Calibri"/>
                <w:b/>
                <w:color w:val="1F2937"/>
                <w:sz w:val="17"/>
              </w:rPr>
              <w:t>Translate unresolved risk into an explicit condition, owner, deadline, or rejection rationale.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i/>
                <w:color w:val="44546A"/>
                <w:sz w:val="15"/>
              </w:rPr>
              <w:t>Look for: Findings register and decision record</w:t>
            </w:r>
          </w:p>
        </w:tc>
        <w:tc>
          <w:tcPr>
            <w:tcW w:type="dxa" w:w="14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6"/>
              </w:rPr>
              <w:t>[Select]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4</w:t>
      </w:r>
    </w:p>
    <w:p>
      <w:pPr>
        <w:pStyle w:val="Heading1"/>
      </w:pPr>
      <w:r>
        <w:t>Resolve gaps, conditions, and ownership</w:t>
      </w:r>
    </w:p>
    <w:p>
      <w:r>
        <w:t>Record each material gap or condition, its priority, owner, due date, and follow-up result.</w:t>
      </w:r>
    </w:p>
    <w:p>
      <w:pPr>
        <w:pStyle w:val="Heading2"/>
      </w:pPr>
      <w:r>
        <w:t>Findings and follow-up register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3456"/>
        <w:gridCol w:w="1224"/>
        <w:gridCol w:w="2232"/>
        <w:gridCol w:w="1800"/>
      </w:tblGrid>
      <w:tr>
        <w:trPr>
          <w:cantSplit/>
          <w:tblHeader w:val="true"/>
        </w:trPr>
        <w:tc>
          <w:tcPr>
            <w:tcW w:type="dxa" w:w="6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ID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Finding, gap, or condition</w:t>
            </w:r>
          </w:p>
        </w:tc>
        <w:tc>
          <w:tcPr>
            <w:tcW w:type="dxa" w:w="122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223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Follow-up owner and due date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Follow-up result</w:t>
            </w:r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F-01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F-02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F-03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F-04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F-05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835" w:hRule="atLeast"/>
          <w:cantSplit/>
        </w:trPr>
        <w:tc>
          <w:tcPr>
            <w:tcW w:type="dxa" w:w="64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2E74B5"/>
                <w:sz w:val="16"/>
              </w:rPr>
              <w:t>F-06</w:t>
            </w:r>
          </w:p>
        </w:tc>
        <w:tc>
          <w:tcPr>
            <w:tcW w:type="dxa" w:w="34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2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22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Condition quality check</w:t>
      </w:r>
    </w:p>
    <w:p>
      <w:pPr>
        <w:spacing w:after="40"/>
      </w:pPr>
      <w:r>
        <w:t>□ The required outcome is specific and testable.</w:t>
      </w:r>
    </w:p>
    <w:p>
      <w:pPr>
        <w:spacing w:after="40"/>
      </w:pPr>
      <w:r>
        <w:t>□ The owner has authority and a realistic due date.</w:t>
      </w:r>
    </w:p>
    <w:p>
      <w:pPr>
        <w:spacing w:after="40"/>
      </w:pPr>
      <w:r>
        <w:t>□ An interim control is documented where exposure begins before closure.</w:t>
      </w:r>
    </w:p>
    <w:p>
      <w:pPr>
        <w:spacing w:after="40"/>
      </w:pPr>
      <w:r>
        <w:t>□ Failure or expiration leads to a defined escalation, suspension, or reassessment.</w:t>
      </w:r>
    </w:p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5</w:t>
      </w:r>
    </w:p>
    <w:p>
      <w:pPr>
        <w:pStyle w:val="Heading1"/>
      </w:pPr>
      <w:r>
        <w:t>Decide and document</w:t>
      </w:r>
    </w:p>
    <w:p>
      <w:r>
        <w:t>Record the decision, accountable owner, rationale, conditions, accepted risks, approval boundaries, and next review date.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E8EEF5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2E74B5"/>
                <w:sz w:val="22"/>
              </w:rPr>
              <w:t>Decision options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□ Approve  |  □ Approve with conditions  |  □ Defer pending evidence  |  □ Reject  |  □ Escalate</w:t>
            </w:r>
          </w:p>
        </w:tc>
      </w:tr>
    </w:tbl>
    <w:p>
      <w:pPr>
        <w:spacing w:after="0"/>
      </w:pPr>
    </w:p>
    <w:p>
      <w:pPr>
        <w:pStyle w:val="Heading2"/>
      </w:pPr>
      <w:r>
        <w:t>Decision questions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960"/>
        <w:gridCol w:w="5400"/>
      </w:tblGrid>
      <w:tr>
        <w:trPr>
          <w:cantSplit/>
          <w:tblHeader w:val="true"/>
        </w:trPr>
        <w:tc>
          <w:tcPr>
            <w:tcW w:type="dxa" w:w="3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5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Conclusion and rationale</w:t>
            </w:r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Does the report cover the service and environment we will use?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Are any qualifications, exceptions, or period gaps material to our use?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Can we operate all applicable complementary user entity controls?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Are carved-out subservice organizations supported by adequate evidence?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  <w:tr>
        <w:trPr>
          <w:trHeight w:val="547" w:hRule="atLeast"/>
          <w:cantSplit/>
        </w:trPr>
        <w:tc>
          <w:tcPr>
            <w:tcW w:type="dxa" w:w="39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Which unresolved risks require conditions, acceptance, escalation, or rejection?</w:t>
            </w:r>
          </w:p>
        </w:tc>
        <w:tc>
          <w:tcPr>
            <w:tcW w:type="dxa" w:w="5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/>
          </w:p>
        </w:tc>
      </w:tr>
    </w:tbl>
    <w:p>
      <w:pPr>
        <w:pStyle w:val="Heading2"/>
      </w:pPr>
      <w:r>
        <w:t>Decision record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880"/>
        <w:gridCol w:w="1800"/>
        <w:gridCol w:w="2880"/>
      </w:tblGrid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[Select]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date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[YYYY-MM-DD]</w:t>
            </w:r>
          </w:p>
        </w:tc>
      </w:tr>
      <w:tr>
        <w:trPr>
          <w:trHeight w:val="547" w:hRule="atLeast"/>
          <w:cantSplit/>
        </w:trPr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Decision owner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[Enter name and role]</w:t>
            </w:r>
          </w:p>
        </w:tc>
        <w:tc>
          <w:tcPr>
            <w:tcW w:type="dxa" w:w="1800"/>
            <w:shd w:fill="E8EEF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8"/>
              </w:rPr>
              <w:t>Next review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8"/>
              </w:rPr>
              <w:t>[Date or event]</w:t>
            </w:r>
          </w:p>
        </w:tc>
      </w:tr>
    </w:tbl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Decision rationale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Conditions, accepted risks, and approval boundaries</w:t>
            </w:r>
          </w:p>
        </w:tc>
      </w:tr>
      <w:tr>
        <w:trPr>
          <w:cantSplit/>
          <w:trHeight w:val="605" w:hRule="atLeast"/>
        </w:trPr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  <w:tc>
          <w:tcPr>
            <w:tcW w:type="dxa" w:w="46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/>
        </w:tc>
      </w:tr>
    </w:tbl>
    <w:p>
      <w:pPr>
        <w:keepNext/>
        <w:keepLines/>
        <w:pageBreakBefore/>
        <w:spacing w:after="100"/>
      </w:pPr>
      <w:r>
        <w:rPr>
          <w:rFonts w:ascii="Calibri" w:hAnsi="Calibri" w:eastAsia="Calibri"/>
          <w:b/>
          <w:color w:val="2E74B5"/>
          <w:sz w:val="18"/>
        </w:rPr>
        <w:t>STAGE 5 CONTINUED</w:t>
      </w:r>
    </w:p>
    <w:p>
      <w:pPr>
        <w:pStyle w:val="Heading1"/>
      </w:pPr>
      <w:r>
        <w:t>Plan reassessment</w:t>
      </w:r>
    </w:p>
    <w:p>
      <w:r>
        <w:t>Set review dates and event triggers. Assign a monitoring owner and define the action required for each trigger.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672"/>
        <w:gridCol w:w="2808"/>
        <w:gridCol w:w="2880"/>
      </w:tblGrid>
      <w:tr>
        <w:trPr>
          <w:cantSplit/>
          <w:tblHeader w:val="true"/>
        </w:trPr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Reassessment trigger</w:t>
            </w:r>
          </w:p>
        </w:tc>
        <w:tc>
          <w:tcPr>
            <w:tcW w:type="dxa" w:w="28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Monitoring source and owner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Action when triggered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New SOC 2 report, bridge letter, or material exception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Material service, hosting, ownership, or subprocessor change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Security incident or control failure affecting the reviewed service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Change in data sensitivity, business criticality, integration, or user population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  <w:tr>
        <w:trPr>
          <w:trHeight w:val="576" w:hRule="atLeast"/>
          <w:cantSplit/>
        </w:trPr>
        <w:tc>
          <w:tcPr>
            <w:tcW w:type="dxa" w:w="367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b/>
                <w:color w:val="0B2545"/>
                <w:sz w:val="17"/>
              </w:rPr>
              <w:t>Contract renewal or expiration of an approval condition</w:t>
            </w:r>
          </w:p>
        </w:tc>
        <w:tc>
          <w:tcPr>
            <w:tcW w:type="dxa" w:w="2808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owner and source]</w:t>
            </w:r>
          </w:p>
        </w:tc>
        <w:tc>
          <w:tcPr>
            <w:tcW w:type="dxa" w:w="28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Calibri"/>
                <w:color w:val="44546A"/>
                <w:sz w:val="17"/>
              </w:rPr>
              <w:t>[Enter review or escalation action]</w:t>
            </w:r>
          </w:p>
        </w:tc>
      </w:tr>
    </w:tbl>
    <w:p>
      <w:pPr>
        <w:pStyle w:val="Heading2"/>
      </w:pPr>
      <w:r>
        <w:t>References</w:t>
      </w:r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1">
        <w:r>
          <w:rPr>
            <w:color w:val="2E74B5"/>
            <w:u w:val="single"/>
          </w:rPr>
          <w:t>AICPA, System and Organization Controls suite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2">
        <w:r>
          <w:rPr>
            <w:color w:val="2E74B5"/>
            <w:u w:val="single"/>
          </w:rPr>
          <w:t>AICPA, SOC 2 resources</w:t>
        </w:r>
      </w:hyperlink>
    </w:p>
    <w:p>
      <w:pPr>
        <w:spacing w:after="20"/>
        <w:ind w:left="360" w:hanging="216"/>
      </w:pPr>
      <w:r>
        <w:rPr>
          <w:rFonts w:ascii="Calibri" w:hAnsi="Calibri" w:eastAsia="Calibri"/>
          <w:color w:val="2E74B5"/>
          <w:sz w:val="18"/>
        </w:rPr>
        <w:t xml:space="preserve">• </w:t>
      </w:r>
      <w:hyperlink r:id="rId13">
        <w:r>
          <w:rPr>
            <w:color w:val="2E74B5"/>
            <w:u w:val="single"/>
          </w:rPr>
          <w:t>NIST Cybersecurity Framework 2.0</w:t>
        </w:r>
      </w:hyperlink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top"/>
            <w:tcMar>
              <w:top w:w="140" w:type="dxa"/>
              <w:start w:w="180" w:type="dxa"/>
              <w:bottom w:w="140" w:type="dxa"/>
              <w:end w:w="180" w:type="dxa"/>
            </w:tcMar>
            <w:shd w:fill="F2F4F7"/>
          </w:tcPr>
          <w:p>
            <w:pPr>
              <w:spacing w:after="80"/>
            </w:pPr>
            <w:r>
              <w:rPr>
                <w:rFonts w:ascii="Calibri" w:hAnsi="Calibri" w:eastAsia="Calibri"/>
                <w:b/>
                <w:color w:val="44546A"/>
                <w:sz w:val="22"/>
              </w:rPr>
              <w:t>Limitations</w:t>
            </w:r>
          </w:p>
          <w:p>
            <w:pPr>
              <w:spacing w:after="0"/>
            </w:pPr>
            <w:r>
              <w:rPr>
                <w:rFonts w:ascii="Calibri" w:hAnsi="Calibri" w:eastAsia="Calibri"/>
                <w:color w:val="1F2937"/>
                <w:sz w:val="19"/>
              </w:rPr>
              <w:t>Adapt the criteria, escalation paths, retention period, and approval authority to applicable requirements. This material is not legal advice or an audit opinion.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center"/>
      <w:tblLayout w:type="fixed"/>
      <w:tblLook w:firstColumn="1" w:firstRow="1" w:lastColumn="0" w:lastRow="0" w:noHBand="0" w:noVBand="1" w:val="04A0"/>
    </w:tblPr>
    <w:tblGrid>
      <w:gridCol w:w="6480"/>
      <w:gridCol w:w="2880"/>
    </w:tblGrid>
    <w:tr>
      <w:trPr>
        <w:cantSplit/>
      </w:trPr>
      <w:tc>
        <w:tcPr>
          <w:tcW w:type="dxa" w:w="6480"/>
          <w:vAlign w:val="top"/>
          <w:tcMar>
            <w:top w:w="0" w:type="dxa"/>
            <w:start w:w="0" w:type="dxa"/>
            <w:bottom w:w="30" w:type="dxa"/>
            <w:end w:w="0" w:type="dxa"/>
          </w:tcMar>
          <w:tcBorders>
            <w:bottom w:val="single" w:sz="6" w:color="E8EEF5"/>
          </w:tcBorders>
        </w:tcPr>
        <w:p>
          <w:pPr>
            <w:spacing w:after="0"/>
          </w:pPr>
          <w:r>
            <w:rPr>
              <w:rFonts w:ascii="Calibri" w:hAnsi="Calibri" w:eastAsia="Calibri"/>
              <w:b/>
              <w:color w:val="0B2545"/>
              <w:sz w:val="17"/>
            </w:rPr>
            <w:t>SOC 2 Vendor Review Workbook</w:t>
          </w:r>
        </w:p>
      </w:tc>
      <w:tc>
        <w:tcPr>
          <w:tcW w:type="dxa" w:w="2880"/>
          <w:vAlign w:val="top"/>
          <w:tcMar>
            <w:top w:w="0" w:type="dxa"/>
            <w:start w:w="0" w:type="dxa"/>
            <w:bottom w:w="30" w:type="dxa"/>
            <w:end w:w="0" w:type="dxa"/>
          </w:tcMar>
          <w:tcBorders>
            <w:bottom w:val="single" w:sz="6" w:color="E8EEF5"/>
          </w:tcBorders>
        </w:tcPr>
        <w:p>
          <w:pPr>
            <w:spacing w:after="0"/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Calibri"/>
      <w:color w:val="1F2937"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 w:eastAsia="Calibri"/>
      <w:b/>
      <w:color w:val="0B254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540" w:hanging="271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540" w:hanging="271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aicpa-cima.com/resources/landing/system-and-organization-controls-soc-suite-of-services" TargetMode="External"/><Relationship Id="rId12" Type="http://schemas.openxmlformats.org/officeDocument/2006/relationships/hyperlink" Target="https://www.aicpa-cima.com/topic/audit-assurance/audit-and-assurance-greater-than-soc-2" TargetMode="External"/><Relationship Id="rId13" Type="http://schemas.openxmlformats.org/officeDocument/2006/relationships/hyperlink" Target="https://www.nist.gov/cyberframewo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 2 Vendor Review Workbook</dc:title>
  <dc:subject>Security review and decision record</dc:subject>
  <dc:creator>Infosec Chicago</dc:creator>
  <cp:keywords>security review, risk assessment, evidence, findings, decision record</cp:keywords>
  <dc:description>Generated from the public security resource library.</dc:description>
  <cp:lastModifiedBy>Infosec Chicago</cp:lastModifiedBy>
  <cp:revision>1</cp:revision>
  <dcterms:created xsi:type="dcterms:W3CDTF">2026-08-25T12:00:00Z</dcterms:created>
  <dcterms:modified xsi:type="dcterms:W3CDTF">2026-08-25T12:00:00Z</dcterms:modified>
  <cp:category>Security review workbook</cp:category>
</cp:coreProperties>
</file>