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Calibri"/>
          <w:b/>
          <w:color w:val="0B2545"/>
          <w:sz w:val="44"/>
        </w:rPr>
        <w:t>Browser Extension Security Review Workbook</w:t>
      </w:r>
    </w:p>
    <w:p>
      <w:pPr>
        <w:spacing w:after="280"/>
      </w:pPr>
      <w:r>
        <w:rPr>
          <w:rFonts w:ascii="Calibri" w:hAnsi="Calibri" w:eastAsia="Calibri"/>
          <w:color w:val="1F4D78"/>
          <w:sz w:val="28"/>
        </w:rPr>
        <w:t>Artifact provenance, permissions, code behavior, data access, external communications, updates, and managed controls</w:t>
      </w:r>
    </w:p>
    <w:p>
      <w:pPr>
        <w:pStyle w:val="Heading1"/>
      </w:pPr>
      <w:r>
        <w:t>Review process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424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84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Review stage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1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Scope the decision and risk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2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Collect and validate evidence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3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Assess explicit criteria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4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Resolve gaps, conditions, and ownership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5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Decide, document, and reassess</w:t>
            </w:r>
          </w:p>
        </w:tc>
      </w:tr>
    </w:tbl>
    <w:p>
      <w:pPr>
        <w:pStyle w:val="Heading2"/>
      </w:pPr>
      <w:r>
        <w:t>Review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Extension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ID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ID or ticket]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accountable owner]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opened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due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1</w:t>
      </w:r>
    </w:p>
    <w:p>
      <w:pPr>
        <w:pStyle w:val="Heading1"/>
      </w:pPr>
      <w:r>
        <w:t>Scope the decision and risk</w:t>
      </w:r>
    </w:p>
    <w:p>
      <w:r>
        <w:t>Record the intended use, deployment boundaries, data, access, owner, decision deadline, and initial risk tier before assessing evidence.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5688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Scope prompt</w:t>
            </w:r>
          </w:p>
        </w:tc>
        <w:tc>
          <w:tcPr>
            <w:tcW w:type="dxa" w:w="56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Your context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Extension name, store listing, ID, publisher, and exact version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Artifact reviewed: CRX, XPI, ZIP, source commit, and checksum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Intended users, roles, devices, profiles, and browser channels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Sensitive sites, sessions, content, credentials, and regulated data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Required functionality and minimum necessary capabilities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Managed-browser controls, allowlists, host restrictions, and update policy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deadline, pilot scope, and deployment owner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Removal, rollback, and alternate-process plan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</w:tbl>
    <w:p>
      <w:pPr>
        <w:pStyle w:val="Heading2"/>
      </w:pPr>
      <w:r>
        <w:t>Initial risk tier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8"/>
              </w:rPr>
              <w:t>□ Low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1F4D78"/>
                <w:sz w:val="18"/>
              </w:rPr>
              <w:t>□ Moderate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7A5A00"/>
                <w:sz w:val="18"/>
              </w:rPr>
              <w:t>□ High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9B1C1C"/>
                <w:sz w:val="18"/>
              </w:rPr>
              <w:t>□ Critical</w:t>
            </w:r>
          </w:p>
        </w:tc>
      </w:tr>
      <w:tr>
        <w:trPr>
          <w:cantSplit/>
        </w:trPr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Limited data and impact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Meaningful business or data exposure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Sensitive data, privilege, or critical process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Severe impact, concentration, or regulatory exposure</w:t>
            </w:r>
          </w:p>
        </w:tc>
      </w:tr>
    </w:tbl>
    <w:p>
      <w:r>
        <w:rPr>
          <w:rFonts w:ascii="Calibri" w:hAnsi="Calibri" w:eastAsia="Calibri"/>
          <w:b/>
          <w:color w:val="0B2545"/>
        </w:rPr>
        <w:t xml:space="preserve">Risk-tier rationale: </w:t>
      </w:r>
      <w:r>
        <w:rPr>
          <w:rFonts w:ascii="Calibri" w:hAnsi="Calibri" w:eastAsia="Calibri"/>
          <w:color w:val="44546A"/>
        </w:rPr>
        <w:t>[Explain impact, likelihood, exposure, and any required escalation.]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2</w:t>
      </w:r>
    </w:p>
    <w:p>
      <w:pPr>
        <w:pStyle w:val="Heading1"/>
      </w:pPr>
      <w:r>
        <w:t>Collect and validate evidence</w:t>
      </w:r>
    </w:p>
    <w:p>
      <w:r>
        <w:t>List each item reviewed and validate its owner, scope, period or version, integrity, and relevance. Record missing, stale, incomplete, or unverified evidence.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Evidence to collect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Exact store listing, publisher identity, extension ID, and version; Downloaded package, checksum, source repository, and commit; Manifest, declared permissions, host matches, and content scripts; Background/service-worker, injected, popup, options, and native code; Network destinations, privacy disclosures, and data-flow observations; Dependency inventory, build files, advisories, and licenses; Update provenance, signing, release, and incident history; Managed-browser configuration and pilot test results.</w:t>
            </w:r>
          </w:p>
        </w:tc>
      </w:tr>
    </w:tbl>
    <w:p>
      <w:pPr>
        <w:spacing w:after="0"/>
      </w:pPr>
    </w:p>
    <w:p>
      <w:pPr>
        <w:pStyle w:val="Heading2"/>
      </w:pPr>
      <w:r>
        <w:t>Evidence inventory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1944"/>
        <w:gridCol w:w="1800"/>
        <w:gridCol w:w="1728"/>
        <w:gridCol w:w="1944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item / Evidence owner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scope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period or version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location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Validated by / date</w:t>
            </w:r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Evidence gaps and limitations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Missing, stale, incomplete, or unverified evidence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Impact on confidence or review coverage</w:t>
            </w:r>
          </w:p>
        </w:tc>
      </w:tr>
      <w:tr>
        <w:trPr>
          <w:cantSplit/>
          <w:trHeight w:val="792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1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Exact artifact and provenance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Record the extension ID, publisher, version, package checksum, source commit, and acquisition path.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Store page, signed package, repository, release and checksum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the artifact reviewed is the artifact proposed for deployment.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Reproducible build, source map, signature, or documented comparison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Evaluate publisher identity, maintenance history, ownership changes, and support channel.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Publisher records, release history, repository activity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Manifest permissions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List every API permission and determine why it is necessary for the stated function.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Manifest permissions and feature mapping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List host permissions, optional permissions, match patterns, and broad-site access.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Manifest, runtime prompts, and observed access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capabilities that expose cookies, tabs, downloads, history, storage, or management functions.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Permission semantics and tested behavior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2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Content scripts and page access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Map content scripts, injection rules, isolated-world boundaries, and page-context execution.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Manifest and source review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Determine what page content, form data, tokens, or DOM events the extension can read or change.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Static review and controlled runtime observation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Assess whether access is limited to the minimum users, sites, frames, and times needed.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Host scope, user controls, and managed policy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Background logic and lifecycle hooks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service workers, background pages, startup, install, update, alarm, and message handlers.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Manifest and relevant source entry points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Check storage, state transitions, privileged actions, and assumptions across browser lifecycle events.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Source review and controlled tests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risky dynamic execution, unsafe DOM operations, or weak message validation.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Code evidence and test observations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3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External communications and data flows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Inventory every external data destination, API, telemetry endpoint, CDN, and support service.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Source strings, network observation, privacy disclosure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Document data elements, purposes, authentication, encryption, retention, and user controls.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Data-flow record, requests, configuration, policy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Compare observed behavior with store disclosures and privacy statements.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Runtime evidence and published disclosures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Native messaging and local access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native messaging hosts, local applications, file access, command execution, or IPC.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Manifest, host configuration, installers, source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Assess origin validation, message schemas, least privilege, installation rights, and update controls.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Native host code, configuration, and test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Treat unreviewed native components as separate software requiring their own evidence.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Versioned artifact, provenance, dependencies, and ownership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4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Remote code, updates, and dependencies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remotely hosted logic, dynamic imports, eval-like behavior, WebAssembly, or downloaded components.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Source, CSP, network behavior, and package contents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the update path, signing, publisher controls, release approval, and rollback process.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Store/update metadata, keys, release records, history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Inventory dependencies and evaluate advisories, maintenance, integrity, and transitive risk.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Lockfile, SBOM, advisories, package provenance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License, policy, and managed controls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Verify license compatibility and distinguish source readability from permission to use or redistribute.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License text, notices, and legal review when needed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Compare behavior with browser-store policies and organizational acceptable-use rules.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Policy mapping and disclosure review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Define allowlisting, permission restrictions, pilot monitoring, removal, and reassessment controls.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Managed-browser policy and operational plan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4</w:t>
      </w:r>
    </w:p>
    <w:p>
      <w:pPr>
        <w:pStyle w:val="Heading1"/>
      </w:pPr>
      <w:r>
        <w:t>Resolve gaps, conditions, and ownership</w:t>
      </w:r>
    </w:p>
    <w:p>
      <w:r>
        <w:t>Record each material gap or condition, its priority, owner, due date, and follow-up result.</w:t>
      </w:r>
    </w:p>
    <w:p>
      <w:pPr>
        <w:pStyle w:val="Heading2"/>
      </w:pPr>
      <w:r>
        <w:t>Findings and follow-up register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3456"/>
        <w:gridCol w:w="1224"/>
        <w:gridCol w:w="2232"/>
        <w:gridCol w:w="1800"/>
      </w:tblGrid>
      <w:tr>
        <w:trPr>
          <w:cantSplit/>
          <w:tblHeader w:val="true"/>
        </w:trPr>
        <w:tc>
          <w:tcPr>
            <w:tcW w:type="dxa" w:w="6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ID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Finding, gap, or condition</w:t>
            </w:r>
          </w:p>
        </w:tc>
        <w:tc>
          <w:tcPr>
            <w:tcW w:type="dxa" w:w="12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owner and due date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result</w:t>
            </w:r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F-01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F-02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F-03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F-04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F-05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F-06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Condition quality check</w:t>
      </w:r>
    </w:p>
    <w:p>
      <w:pPr>
        <w:spacing w:after="40"/>
      </w:pPr>
      <w:r>
        <w:t>□ The required outcome is specific and testable.</w:t>
      </w:r>
    </w:p>
    <w:p>
      <w:pPr>
        <w:spacing w:after="40"/>
      </w:pPr>
      <w:r>
        <w:t>□ The owner has authority and a realistic due date.</w:t>
      </w:r>
    </w:p>
    <w:p>
      <w:pPr>
        <w:spacing w:after="40"/>
      </w:pPr>
      <w:r>
        <w:t>□ An interim control is documented where exposure begins before closure.</w:t>
      </w:r>
    </w:p>
    <w:p>
      <w:pPr>
        <w:spacing w:after="40"/>
      </w:pPr>
      <w:r>
        <w:t>□ Failure or expiration leads to a defined escalation, suspension, or reassessment.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</w:t>
      </w:r>
    </w:p>
    <w:p>
      <w:pPr>
        <w:pStyle w:val="Heading1"/>
      </w:pPr>
      <w:r>
        <w:t>Decide and document</w:t>
      </w:r>
    </w:p>
    <w:p>
      <w:r>
        <w:t>Record the decision, accountable owner, rationale, conditions, accepted risks, approval boundaries, and next review date.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Decision options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□ Approve  |  □ Approve with conditions  |  □ Defer pending evidence  |  □ Reject  |  □ Escalate</w:t>
            </w:r>
          </w:p>
        </w:tc>
      </w:tr>
    </w:tbl>
    <w:p>
      <w:pPr>
        <w:spacing w:after="0"/>
      </w:pPr>
    </w:p>
    <w:p>
      <w:pPr>
        <w:pStyle w:val="Heading2"/>
      </w:pPr>
      <w:r>
        <w:t>Decision questions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5400"/>
      </w:tblGrid>
      <w:tr>
        <w:trPr>
          <w:cantSplit/>
          <w:tblHeader w:val="true"/>
        </w:trPr>
        <w:tc>
          <w:tcPr>
            <w:tcW w:type="dxa" w:w="3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Conclusion and rationale</w:t>
            </w:r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Is the exact artifact traceable to the publisher and source we reviewed?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Are permissions and host access necessary and proportionate to the business purpose?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Are external data destinations, native components, and update paths understood?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Can managed-browser controls limit exposure and support rapid removal?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Does the license allow the intended business use, and what remains uncertain?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Decision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[Select]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date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 and role]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Next review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[Date or event]</w:t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Decision rationale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Conditions, accepted risks, and approval boundaries</w:t>
            </w:r>
          </w:p>
        </w:tc>
      </w:tr>
      <w:tr>
        <w:trPr>
          <w:cantSplit/>
          <w:trHeight w:val="605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 CONTINUED</w:t>
      </w:r>
    </w:p>
    <w:p>
      <w:pPr>
        <w:pStyle w:val="Heading1"/>
      </w:pPr>
      <w:r>
        <w:t>Plan reassessment</w:t>
      </w:r>
    </w:p>
    <w:p>
      <w:r>
        <w:t>Set review dates and event triggers. Assign a monitoring owner and define the action required for each trigger.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2808"/>
        <w:gridCol w:w="2880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Reassessment trigger</w:t>
            </w:r>
          </w:p>
        </w:tc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Monitoring source and owner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Action when triggered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Publisher, owner, extension ID, signing identity, or acquisition-path change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New permission, host match, content script, native component, or external destination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Material version update, inactive maintenance, advisory, or security incident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Deployment to more sensitive users, sites, data, or browser profiles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Policy exception expiration or scheduled review date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</w:tbl>
    <w:p>
      <w:pPr>
        <w:pStyle w:val="Heading2"/>
      </w:pPr>
      <w:r>
        <w:t>References</w:t>
      </w:r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1">
        <w:r>
          <w:rPr>
            <w:color w:val="2E74B5"/>
            <w:u w:val="single"/>
          </w:rPr>
          <w:t>Chrome for Developers, Declare permissions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2">
        <w:r>
          <w:rPr>
            <w:color w:val="2E74B5"/>
            <w:u w:val="single"/>
          </w:rPr>
          <w:t>Chrome for Developers, Permissions list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3">
        <w:r>
          <w:rPr>
            <w:color w:val="2E74B5"/>
            <w:u w:val="single"/>
          </w:rPr>
          <w:t>Chrome Web Store, Program Policies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4">
        <w:r>
          <w:rPr>
            <w:color w:val="2E74B5"/>
            <w:u w:val="single"/>
          </w:rPr>
          <w:t>NIST SP 800-218, Secure Software Development Framework</w:t>
        </w:r>
      </w:hyperlink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44546A"/>
                <w:sz w:val="22"/>
              </w:rPr>
              <w:t>Limitations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Adapt the criteria, escalation paths, retention period, and approval authority to applicable requirements. This material is not legal advice or an audit opinion.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center"/>
      <w:tblLayout w:type="fixed"/>
      <w:tblLook w:firstColumn="1" w:firstRow="1" w:lastColumn="0" w:lastRow="0" w:noHBand="0" w:noVBand="1" w:val="04A0"/>
    </w:tblPr>
    <w:tblGrid>
      <w:gridCol w:w="6480"/>
      <w:gridCol w:w="2880"/>
    </w:tblGrid>
    <w:tr>
      <w:trPr>
        <w:cantSplit/>
      </w:trPr>
      <w:tc>
        <w:tcPr>
          <w:tcW w:type="dxa" w:w="64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</w:pPr>
          <w:r>
            <w:rPr>
              <w:rFonts w:ascii="Calibri" w:hAnsi="Calibri" w:eastAsia="Calibri"/>
              <w:b/>
              <w:color w:val="0B2545"/>
              <w:sz w:val="17"/>
            </w:rPr>
            <w:t>Browser Extension Security Review Workbook</w:t>
          </w:r>
        </w:p>
      </w:tc>
      <w:tc>
        <w:tcPr>
          <w:tcW w:type="dxa" w:w="28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color w:val="1F2937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.chrome.com/docs/extensions/develop/concepts/declare-permissions" TargetMode="External"/><Relationship Id="rId12" Type="http://schemas.openxmlformats.org/officeDocument/2006/relationships/hyperlink" Target="https://developer.chrome.com/docs/extensions/reference/permissions-list" TargetMode="External"/><Relationship Id="rId13" Type="http://schemas.openxmlformats.org/officeDocument/2006/relationships/hyperlink" Target="https://developer.chrome.com/docs/webstore/program-policies" TargetMode="External"/><Relationship Id="rId14" Type="http://schemas.openxmlformats.org/officeDocument/2006/relationships/hyperlink" Target="https://csrc.nist.gov/pubs/sp/800/218/f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Browser Extension Security Review Workbook</dc:title>
  <dc:subject>Security review and decision record</dc:subject>
  <dc:creator>Infosec Chicago</dc:creator>
  <cp:keywords>security review, risk assessment, evidence, findings, decision record</cp:keywords>
  <dc:description>Generated from the public security resource library.</dc:description>
  <cp:lastModifiedBy>Infosec Chicago</cp:lastModifiedBy>
  <cp:revision>1</cp:revision>
  <dcterms:created xsi:type="dcterms:W3CDTF">2026-08-25T12:00:00Z</dcterms:created>
  <dcterms:modified xsi:type="dcterms:W3CDTF">2026-08-25T12:00:00Z</dcterms:modified>
  <cp:category>Security review workbook</cp:category>
</cp:coreProperties>
</file>